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rFonts w:ascii="Arial" w:hAnsi="Arial"/>
          <w:b/>
          <w:caps w:val="0"/>
          <w:color w:val="00AEEF"/>
          <w:sz w:val="40"/>
        </w:rPr>
        <w:t>Seguridad con León de Montaña</w:t>
      </w:r>
    </w:p>
    <w:p>
      <w:pPr>
        <w:spacing w:before="0" w:after="280"/>
        <w:pBdr>
          <w:bottom w:val="single" w:sz="18" w:space="4" w:color="00AEEF"/>
        </w:pBdr>
      </w:pPr>
    </w:p>
    <w:p>
      <w:pPr>
        <w:spacing w:before="280" w:after="80"/>
      </w:pPr>
      <w:r>
        <w:rPr>
          <w:rFonts w:ascii="Arial" w:hAnsi="Arial"/>
          <w:b/>
          <w:caps/>
          <w:color w:val="222222"/>
          <w:sz w:val="22"/>
        </w:rPr>
        <w:t>INTRODUCCIÓN</w:t>
      </w:r>
    </w:p>
    <w:p>
      <w:pPr>
        <w:spacing w:after="160" w:line="276" w:lineRule="auto"/>
      </w:pPr>
      <w:r>
        <w:rPr>
          <w:rFonts w:ascii="Arial" w:hAnsi="Arial"/>
          <w:b w:val="0"/>
          <w:caps w:val="0"/>
          <w:color w:val="222222"/>
          <w:sz w:val="21"/>
        </w:rPr>
        <w:t>Los leones de montaña (a veces referidos como pumas, panteras, gatos monteses y gatos fantasma) viven principalmente en el oeste de los Estados Unidos (aunque se sabe que tienen rangos hasta Canadá y Sudamérica), con una pequeña población en Florida. Estos grandes felinos tienden a ser depredadores solitarios con territorios de rango extenso. Al caminar o realizar otras actividades en la naturaleza, encontrarse con estos grandes felinos puede ser raro, siendo los ataques aún más raros, pero pueden ser aterradores si usted no sabe qué hacer. En esta lección, cubriremos las características de un león de montaña, qué señales buscar para indicar que un león de montaña puede estar en el área, y qué hacer si usted encuentra un león de montaña.</w:t>
      </w:r>
    </w:p>
    <w:p>
      <w:pPr>
        <w:spacing w:before="280" w:after="80"/>
      </w:pPr>
      <w:r>
        <w:rPr>
          <w:rFonts w:ascii="Arial" w:hAnsi="Arial"/>
          <w:b/>
          <w:caps/>
          <w:color w:val="222222"/>
          <w:sz w:val="22"/>
        </w:rPr>
        <w:t>CARACTERÍSTICAS DEL LEÓN DE MONTAÑA</w:t>
      </w:r>
    </w:p>
    <w:p>
      <w:pPr>
        <w:spacing w:after="160" w:line="276" w:lineRule="auto"/>
      </w:pPr>
      <w:r>
        <w:rPr>
          <w:rFonts w:ascii="Arial" w:hAnsi="Arial"/>
          <w:b w:val="0"/>
          <w:caps w:val="0"/>
          <w:color w:val="222222"/>
          <w:sz w:val="21"/>
        </w:rPr>
        <w:t>Aunque la mayoría de las personas probablemente podrán distinguir un león de montaña de inmediato, hay algunas personas que pueden confundirlos con otro felino o animal, dependiendo de la ubicación y la hora del día. Para asegurarse de que usted está viendo un león de montaña, debe buscar las siguientes características:</w:t>
      </w:r>
    </w:p>
    <w:p>
      <w:pPr>
        <w:pStyle w:val="ListBullet"/>
        <w:spacing w:after="60"/>
      </w:pPr>
      <w:r>
        <w:rPr>
          <w:rFonts w:ascii="Arial" w:hAnsi="Arial"/>
          <w:b w:val="0"/>
          <w:caps w:val="0"/>
          <w:color w:val="222222"/>
          <w:sz w:val="21"/>
        </w:rPr>
        <w:t>Una constitución esbelta con una cabeza pequeña y ancha.</w:t>
      </w:r>
    </w:p>
    <w:p>
      <w:pPr>
        <w:pStyle w:val="ListBullet"/>
        <w:spacing w:after="60"/>
      </w:pPr>
      <w:r>
        <w:rPr>
          <w:rFonts w:ascii="Arial" w:hAnsi="Arial"/>
          <w:b w:val="0"/>
          <w:caps w:val="0"/>
          <w:color w:val="222222"/>
          <w:sz w:val="21"/>
        </w:rPr>
        <w:t>Un color de pelaje uniforme que es canela a ligeramente rojizo, con áreas más claras en la parte inferior del vientre</w:t>
      </w:r>
    </w:p>
    <w:p>
      <w:pPr>
        <w:pStyle w:val="ListBullet"/>
        <w:spacing w:after="60"/>
      </w:pPr>
      <w:r>
        <w:rPr>
          <w:rFonts w:ascii="Arial" w:hAnsi="Arial"/>
          <w:b w:val="0"/>
          <w:caps w:val="0"/>
          <w:color w:val="222222"/>
          <w:sz w:val="21"/>
        </w:rPr>
        <w:t>Un peso que varía entre 61-220 libras, dependiendo del individuo y el género del animal</w:t>
      </w:r>
    </w:p>
    <w:p>
      <w:pPr>
        <w:pStyle w:val="ListBullet"/>
        <w:spacing w:after="60"/>
      </w:pPr>
      <w:r>
        <w:rPr>
          <w:rFonts w:ascii="Arial" w:hAnsi="Arial"/>
          <w:b w:val="0"/>
          <w:caps w:val="0"/>
          <w:color w:val="222222"/>
          <w:sz w:val="21"/>
        </w:rPr>
        <w:t>Un cuerpo que mide de 5 1/2 a 8 pies de largo, incluyendo su cola</w:t>
      </w:r>
    </w:p>
    <w:p>
      <w:pPr>
        <w:pStyle w:val="ListBullet"/>
        <w:spacing w:after="60"/>
      </w:pPr>
      <w:r>
        <w:rPr>
          <w:rFonts w:ascii="Arial" w:hAnsi="Arial"/>
          <w:b w:val="0"/>
          <w:caps w:val="0"/>
          <w:color w:val="222222"/>
          <w:sz w:val="21"/>
        </w:rPr>
        <w:t>Una cola larga que parece pesada con una punta negra al final</w:t>
      </w:r>
    </w:p>
    <w:p>
      <w:pPr>
        <w:spacing w:before="280" w:after="80"/>
      </w:pPr>
      <w:r>
        <w:rPr>
          <w:rFonts w:ascii="Arial" w:hAnsi="Arial"/>
          <w:b/>
          <w:caps/>
          <w:color w:val="222222"/>
          <w:sz w:val="22"/>
        </w:rPr>
        <w:t>SEÑALES DE QUE PUEDE HABER UN LEÓN DE MONTAÑA EN EL ÁREA</w:t>
      </w:r>
    </w:p>
    <w:p>
      <w:pPr>
        <w:spacing w:after="160" w:line="276" w:lineRule="auto"/>
      </w:pPr>
      <w:r>
        <w:rPr>
          <w:rFonts w:ascii="Arial" w:hAnsi="Arial"/>
          <w:b w:val="0"/>
          <w:caps w:val="0"/>
          <w:color w:val="222222"/>
          <w:sz w:val="21"/>
        </w:rPr>
        <w:t>A veces llamado el "gato fantasma", los leones de montaña pueden estar en un área y nunca ser vistos por humanos. Sin embargo, al igual que con otros animales, dejan rastros de su presencia. Las señales de que puede haber un león de montaña en el área incluyen:</w:t>
      </w:r>
    </w:p>
    <w:p>
      <w:pPr>
        <w:pStyle w:val="ListBullet"/>
        <w:spacing w:after="60"/>
      </w:pPr>
      <w:r>
        <w:rPr>
          <w:rFonts w:ascii="Arial" w:hAnsi="Arial"/>
          <w:b w:val="0"/>
          <w:caps w:val="0"/>
          <w:color w:val="222222"/>
          <w:sz w:val="21"/>
        </w:rPr>
        <w:t>Huellas</w:t>
      </w:r>
    </w:p>
    <w:p>
      <w:pPr>
        <w:pStyle w:val="ListBullet"/>
        <w:spacing w:after="60"/>
      </w:pPr>
      <w:r>
        <w:rPr>
          <w:rFonts w:ascii="Arial" w:hAnsi="Arial"/>
          <w:b w:val="0"/>
          <w:caps w:val="0"/>
          <w:color w:val="222222"/>
          <w:sz w:val="21"/>
        </w:rPr>
        <w:t>Las huellas de león de montaña típicamente tendrán un talón con dos lóbulos en la parte delantera y tres lóbulos redondos en la parte inferior y dedos redondeados desiguales sin marcas de garras.</w:t>
      </w:r>
    </w:p>
    <w:p>
      <w:pPr>
        <w:pStyle w:val="ListBullet"/>
        <w:spacing w:after="60"/>
      </w:pPr>
      <w:r>
        <w:rPr>
          <w:rFonts w:ascii="Arial" w:hAnsi="Arial"/>
          <w:b w:val="0"/>
          <w:caps w:val="0"/>
          <w:color w:val="222222"/>
          <w:sz w:val="21"/>
        </w:rPr>
        <w:t>Excremento (es decir, deposiciones, heces o popó)</w:t>
      </w:r>
    </w:p>
    <w:p>
      <w:pPr>
        <w:pStyle w:val="ListBullet"/>
        <w:spacing w:after="60"/>
      </w:pPr>
      <w:r>
        <w:rPr>
          <w:rFonts w:ascii="Arial" w:hAnsi="Arial"/>
          <w:b w:val="0"/>
          <w:caps w:val="0"/>
          <w:color w:val="222222"/>
          <w:sz w:val="21"/>
        </w:rPr>
        <w:t>El excremento de león de montaña típicamente medirá alrededor de 6 a 15</w:t>
      </w:r>
    </w:p>
    <w:p>
      <w:pPr>
        <w:spacing w:after="160" w:line="276" w:lineRule="auto"/>
      </w:pPr>
      <w:r>
        <w:rPr>
          <w:rFonts w:ascii="Arial" w:hAnsi="Arial"/>
          <w:b w:val="0"/>
          <w:caps w:val="0"/>
          <w:color w:val="222222"/>
          <w:sz w:val="21"/>
        </w:rPr>
        <w:t>pulgadas de largo y aproximadamente 1 pulgada o más de diámetro. También estará segmentado o en una pieza sólida con extremos romos, aunque un extremo puede ser puntiagudo.</w:t>
      </w:r>
    </w:p>
    <w:p>
      <w:pPr>
        <w:pStyle w:val="ListBullet"/>
        <w:spacing w:after="60"/>
      </w:pPr>
      <w:r>
        <w:rPr>
          <w:rFonts w:ascii="Arial" w:hAnsi="Arial"/>
          <w:b w:val="0"/>
          <w:caps w:val="0"/>
          <w:color w:val="222222"/>
          <w:sz w:val="21"/>
        </w:rPr>
        <w:t>Lugares de Matanza</w:t>
      </w:r>
    </w:p>
    <w:p>
      <w:pPr>
        <w:pStyle w:val="ListBullet"/>
        <w:spacing w:after="60"/>
      </w:pPr>
      <w:r>
        <w:rPr>
          <w:rFonts w:ascii="Arial" w:hAnsi="Arial"/>
          <w:b w:val="0"/>
          <w:caps w:val="0"/>
          <w:color w:val="222222"/>
          <w:sz w:val="21"/>
        </w:rPr>
        <w:t>Hay áreas donde un león de montaña ha cubierto su presa muerta con hojas, pasto o tierra con la intención de regresar más tarde para comer, ya que pueden consumir su presa durante varios días.</w:t>
      </w:r>
    </w:p>
    <w:p>
      <w:pPr>
        <w:pStyle w:val="ListBullet"/>
        <w:spacing w:after="60"/>
      </w:pPr>
      <w:r>
        <w:rPr>
          <w:rFonts w:ascii="Arial" w:hAnsi="Arial"/>
          <w:b w:val="0"/>
          <w:caps w:val="0"/>
          <w:color w:val="222222"/>
          <w:sz w:val="21"/>
        </w:rPr>
        <w:t>Las presas típicamente incluyen venado, alce, borrego cimarrón, conejo, guajolote, mapache y puercoespín.</w:t>
      </w:r>
    </w:p>
    <w:p>
      <w:pPr>
        <w:spacing w:after="160" w:line="276" w:lineRule="auto"/>
      </w:pPr>
      <w:r>
        <w:rPr>
          <w:rFonts w:ascii="Arial" w:hAnsi="Arial"/>
          <w:b w:val="0"/>
          <w:caps w:val="0"/>
          <w:color w:val="222222"/>
          <w:sz w:val="21"/>
        </w:rPr>
        <w:t>También se ha sabido que persiguen a otros depredadores como los coyotes.</w:t>
      </w:r>
    </w:p>
    <w:p>
      <w:pPr>
        <w:pStyle w:val="ListBullet"/>
        <w:spacing w:after="60"/>
      </w:pPr>
      <w:r>
        <w:rPr>
          <w:rFonts w:ascii="Arial" w:hAnsi="Arial"/>
          <w:b w:val="0"/>
          <w:caps w:val="0"/>
          <w:color w:val="222222"/>
          <w:sz w:val="21"/>
        </w:rPr>
        <w:t>Arañazos y Marcas en árboles, tocones o troncos</w:t>
      </w:r>
    </w:p>
    <w:p>
      <w:pPr>
        <w:pStyle w:val="ListBullet"/>
        <w:spacing w:after="60"/>
      </w:pPr>
      <w:r>
        <w:rPr>
          <w:rFonts w:ascii="Arial" w:hAnsi="Arial"/>
          <w:b w:val="0"/>
          <w:caps w:val="0"/>
          <w:color w:val="222222"/>
          <w:sz w:val="21"/>
        </w:rPr>
        <w:t>Marcas de Raspadura que son hechas por sus patas traseras para marcar territorio o durante la temporada de apareamiento</w:t>
      </w:r>
    </w:p>
    <w:p>
      <w:pPr>
        <w:pStyle w:val="ListBullet"/>
        <w:spacing w:after="60"/>
      </w:pPr>
      <w:r>
        <w:rPr>
          <w:rFonts w:ascii="Arial" w:hAnsi="Arial"/>
          <w:b w:val="0"/>
          <w:caps w:val="0"/>
          <w:color w:val="222222"/>
          <w:sz w:val="21"/>
        </w:rPr>
        <w:t>Vocalizaciones que pueden sonar como un grito agudo, llanto, silbido, gruñidos y siseos. Si un león de montaña ha sido avistado previamente en un área, la oficina local de vida silvestre también puede colocar avisos de advertencia en las áreas donde se vio al gato, por lo que usted también debe estar atento a estos avisos públicos.</w:t>
      </w:r>
    </w:p>
    <w:p>
      <w:pPr>
        <w:spacing w:before="280" w:after="80"/>
      </w:pPr>
      <w:r>
        <w:rPr>
          <w:rFonts w:ascii="Arial" w:hAnsi="Arial"/>
          <w:b/>
          <w:caps/>
          <w:color w:val="222222"/>
          <w:sz w:val="22"/>
        </w:rPr>
        <w:t>QUÉ HACER SI ENCUENTRA UN LEÓN DE MONTAÑA</w:t>
      </w:r>
    </w:p>
    <w:p>
      <w:pPr>
        <w:spacing w:after="160" w:line="276" w:lineRule="auto"/>
      </w:pPr>
      <w:r>
        <w:rPr>
          <w:rFonts w:ascii="Arial" w:hAnsi="Arial"/>
          <w:b w:val="0"/>
          <w:caps w:val="0"/>
          <w:color w:val="222222"/>
          <w:sz w:val="21"/>
        </w:rPr>
        <w:t>Nota: Aunque el repelente para osos no ha sido probado específicamente en leones de montaña, algunas agencias de vida silvestre sí recomiendan tener repelente para osos a la mano al caminar en áreas donde se sabe que hay leones, osos y otros depredadores. Cuando aplique, si usted tiene preguntas sobre la política o el requisito de su compañía de portar repelente para osos, por favor hable con su supervisor. Si usted está en un área que puede ser un hábitat conocido de leones de montaña y se encuentra con uno de estos gatos esquivos, usted debe hacer lo siguiente:</w:t>
      </w:r>
    </w:p>
    <w:p>
      <w:pPr>
        <w:pStyle w:val="ListBullet"/>
        <w:spacing w:after="60"/>
      </w:pPr>
      <w:r>
        <w:rPr>
          <w:rFonts w:ascii="Arial" w:hAnsi="Arial"/>
          <w:b w:val="0"/>
          <w:caps w:val="0"/>
          <w:color w:val="222222"/>
          <w:sz w:val="21"/>
        </w:rPr>
        <w:t>Manténgase calmado.</w:t>
      </w:r>
    </w:p>
    <w:p>
      <w:pPr>
        <w:pStyle w:val="ListBullet"/>
        <w:spacing w:after="60"/>
      </w:pPr>
      <w:r>
        <w:rPr>
          <w:rFonts w:ascii="Arial" w:hAnsi="Arial"/>
          <w:b w:val="0"/>
          <w:caps w:val="0"/>
          <w:color w:val="222222"/>
          <w:sz w:val="21"/>
        </w:rPr>
        <w:t>NO corra, ya que esto puede activar su instinto de perseguir presas.</w:t>
      </w:r>
    </w:p>
    <w:p>
      <w:pPr>
        <w:pStyle w:val="ListBullet"/>
        <w:spacing w:after="60"/>
      </w:pPr>
      <w:r>
        <w:rPr>
          <w:rFonts w:ascii="Arial" w:hAnsi="Arial"/>
          <w:b w:val="0"/>
          <w:caps w:val="0"/>
          <w:color w:val="222222"/>
          <w:sz w:val="21"/>
        </w:rPr>
        <w:t>NO se agache ni se incline ya que esto puede hacer que usted parezca una presa.</w:t>
      </w:r>
    </w:p>
    <w:p>
      <w:pPr>
        <w:pStyle w:val="ListBullet"/>
        <w:spacing w:after="60"/>
      </w:pPr>
      <w:r>
        <w:rPr>
          <w:rFonts w:ascii="Arial" w:hAnsi="Arial"/>
          <w:b w:val="0"/>
          <w:caps w:val="0"/>
          <w:color w:val="222222"/>
          <w:sz w:val="21"/>
        </w:rPr>
        <w:t>Deje una ruta de salida para el animal.</w:t>
      </w:r>
    </w:p>
    <w:p>
      <w:pPr>
        <w:pStyle w:val="ListBullet"/>
        <w:spacing w:after="60"/>
      </w:pPr>
      <w:r>
        <w:rPr>
          <w:rFonts w:ascii="Arial" w:hAnsi="Arial"/>
          <w:b w:val="0"/>
          <w:caps w:val="0"/>
          <w:color w:val="222222"/>
          <w:sz w:val="21"/>
        </w:rPr>
        <w:t>NO se acerque ni bloquee al animal.</w:t>
      </w:r>
    </w:p>
    <w:p>
      <w:pPr>
        <w:pStyle w:val="ListBullet"/>
        <w:spacing w:after="60"/>
      </w:pPr>
      <w:r>
        <w:rPr>
          <w:rFonts w:ascii="Arial" w:hAnsi="Arial"/>
          <w:b w:val="0"/>
          <w:caps w:val="0"/>
          <w:color w:val="222222"/>
          <w:sz w:val="21"/>
        </w:rPr>
        <w:t>Retroceda lentamente y mantenga su distancia.</w:t>
      </w:r>
    </w:p>
    <w:p>
      <w:pPr>
        <w:pStyle w:val="ListBullet"/>
        <w:spacing w:after="60"/>
      </w:pPr>
      <w:r>
        <w:rPr>
          <w:rFonts w:ascii="Arial" w:hAnsi="Arial"/>
          <w:b w:val="0"/>
          <w:caps w:val="0"/>
          <w:color w:val="222222"/>
          <w:sz w:val="21"/>
        </w:rPr>
        <w:t>Si comienza a acercarse, hágase ver más grande con cualquier cosa que usted pueda tener a la mano.</w:t>
      </w:r>
    </w:p>
    <w:p>
      <w:pPr>
        <w:pStyle w:val="ListBullet"/>
        <w:spacing w:after="60"/>
      </w:pPr>
      <w:r>
        <w:rPr>
          <w:rFonts w:ascii="Arial" w:hAnsi="Arial"/>
          <w:b w:val="0"/>
          <w:caps w:val="0"/>
          <w:color w:val="222222"/>
          <w:sz w:val="21"/>
        </w:rPr>
        <w:t>Si el gato continúa acercándose, arrójele cualquier cosa que pueda.</w:t>
      </w:r>
    </w:p>
    <w:p>
      <w:pPr>
        <w:pStyle w:val="ListBullet"/>
        <w:spacing w:after="60"/>
      </w:pPr>
      <w:r>
        <w:rPr>
          <w:rFonts w:ascii="Arial" w:hAnsi="Arial"/>
          <w:b w:val="0"/>
          <w:caps w:val="0"/>
          <w:color w:val="222222"/>
          <w:sz w:val="21"/>
        </w:rPr>
        <w:t>Si lo tiene, use repelente para osos para ayudar a disuadir al animal, pero tenga en cuenta que el repelente para osos normalmente requerirá que usted esté dentro de un rango cercano al animal y puede soplar de regreso hacia usted en condiciones de viento.</w:t>
      </w:r>
    </w:p>
    <w:p>
      <w:pPr>
        <w:pStyle w:val="ListBullet"/>
        <w:spacing w:after="60"/>
      </w:pPr>
      <w:r>
        <w:rPr>
          <w:rFonts w:ascii="Arial" w:hAnsi="Arial"/>
          <w:b w:val="0"/>
          <w:caps w:val="0"/>
          <w:color w:val="222222"/>
          <w:sz w:val="21"/>
        </w:rPr>
        <w:t>Haga ruidos fuertes y hable con firmeza.</w:t>
      </w:r>
    </w:p>
    <w:p>
      <w:pPr>
        <w:spacing w:after="160" w:line="276" w:lineRule="auto"/>
      </w:pPr>
      <w:r>
        <w:rPr>
          <w:rFonts w:ascii="Arial" w:hAnsi="Arial"/>
          <w:b w:val="0"/>
          <w:caps w:val="0"/>
          <w:color w:val="222222"/>
          <w:sz w:val="21"/>
        </w:rPr>
        <w:t>Aunque los ataques de un león de montaña son un evento raro, si es atacado, debe hacer lo siguiente:</w:t>
      </w:r>
    </w:p>
    <w:p>
      <w:pPr>
        <w:pStyle w:val="ListBullet"/>
        <w:spacing w:after="60"/>
      </w:pPr>
      <w:r>
        <w:rPr>
          <w:rFonts w:ascii="Arial" w:hAnsi="Arial"/>
          <w:b w:val="0"/>
          <w:caps w:val="0"/>
          <w:color w:val="222222"/>
          <w:sz w:val="21"/>
        </w:rPr>
        <w:t>Proteja sus áreas vulnerables, como el cuello y la cabeza.</w:t>
      </w:r>
    </w:p>
    <w:p>
      <w:pPr>
        <w:pStyle w:val="ListBullet"/>
        <w:spacing w:after="60"/>
      </w:pPr>
      <w:r>
        <w:rPr>
          <w:rFonts w:ascii="Arial" w:hAnsi="Arial"/>
          <w:b w:val="0"/>
          <w:caps w:val="0"/>
          <w:color w:val="222222"/>
          <w:sz w:val="21"/>
        </w:rPr>
        <w:t>NO corra ni se haga el muerto.</w:t>
      </w:r>
    </w:p>
    <w:p>
      <w:pPr>
        <w:pStyle w:val="ListBullet"/>
        <w:spacing w:after="60"/>
      </w:pPr>
      <w:r>
        <w:rPr>
          <w:rFonts w:ascii="Arial" w:hAnsi="Arial"/>
          <w:b w:val="0"/>
          <w:caps w:val="0"/>
          <w:color w:val="222222"/>
          <w:sz w:val="21"/>
        </w:rPr>
        <w:t>Defiéndase con cualquier cosa que tenga a la mano mientras apunta a los puntos vulnerables del gato, como los ojos, la nariz, etc.</w:t>
      </w:r>
    </w:p>
    <w:p>
      <w:pPr>
        <w:pStyle w:val="ListBullet"/>
        <w:spacing w:after="60"/>
      </w:pPr>
      <w:r>
        <w:rPr>
          <w:rFonts w:ascii="Arial" w:hAnsi="Arial"/>
          <w:b w:val="0"/>
          <w:caps w:val="0"/>
          <w:color w:val="222222"/>
          <w:sz w:val="21"/>
        </w:rPr>
        <w:t>NO deje de pelear hasta que el gato se retire.</w:t>
      </w:r>
    </w:p>
    <w:p>
      <w:pPr>
        <w:pStyle w:val="ListBullet"/>
        <w:spacing w:after="60"/>
      </w:pPr>
      <w:r>
        <w:rPr>
          <w:rFonts w:ascii="Arial" w:hAnsi="Arial"/>
          <w:b w:val="0"/>
          <w:caps w:val="0"/>
          <w:color w:val="222222"/>
          <w:sz w:val="21"/>
        </w:rPr>
        <w:t>Una vez que esté seguro, busque atención médica inmediata para cualquier herida que haya sufrido durante el ataque.</w:t>
      </w:r>
    </w:p>
    <w:p>
      <w:pPr>
        <w:pStyle w:val="ListBullet"/>
        <w:spacing w:after="60"/>
      </w:pPr>
      <w:r>
        <w:rPr>
          <w:rFonts w:ascii="Arial" w:hAnsi="Arial"/>
          <w:b w:val="0"/>
          <w:caps w:val="0"/>
          <w:color w:val="222222"/>
          <w:sz w:val="21"/>
        </w:rPr>
        <w:t>Reporte el ataque a su supervisor y a la agencia de vida silvestre local.</w:t>
      </w:r>
    </w:p>
    <w:p>
      <w:pPr>
        <w:spacing w:before="280" w:after="80"/>
      </w:pPr>
      <w:r>
        <w:rPr>
          <w:rFonts w:ascii="Arial" w:hAnsi="Arial"/>
          <w:b/>
          <w:caps/>
          <w:color w:val="222222"/>
          <w:sz w:val="22"/>
        </w:rPr>
        <w:t>CONCLUSIÓN</w:t>
      </w:r>
    </w:p>
    <w:p>
      <w:pPr>
        <w:spacing w:after="160" w:line="276" w:lineRule="auto"/>
      </w:pPr>
      <w:r>
        <w:rPr>
          <w:rFonts w:ascii="Arial" w:hAnsi="Arial"/>
          <w:b w:val="0"/>
          <w:caps w:val="0"/>
          <w:color w:val="222222"/>
          <w:sz w:val="21"/>
        </w:rPr>
        <w:t>Para concluir, el león de montaña es una de las especies de gatos más grandes de los Estados Unidos. Sin embargo, estos animales solitarios son escurridizos y rara vez son vistos por humanos. Viven principalmente en el oeste de los Estados Unidos y en algunas partes de Florida. Aunque los encuentros pueden ser raros, los ataques a humanos de estos gatos son aún más raros. Sin embargo, eso no hace que estos encuentros sean menos aterradores. Si se encuentra con un león de montaña, no debe acercarse, sino dejarlo en paz y retroceder lentamente. Si el gato continúa siguiéndolo, debe hacerse parecer más grande y, si es necesario, arrojar cualquier cosa que tenga. Si es atacado, debe defenderse y luego buscar atención médica para sus heridas. Si tiene preguntas sobre trabajar en áreas donde pueden estar presentes leones de montaña, hable con su supervisor.</w:t>
      </w:r>
    </w:p>
    <w:sectPr w:rsidR="00FC693F" w:rsidRPr="0006063C" w:rsidSect="00034616">
      <w:footerReference w:type="default" r:id="rId9"/>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rPr>
        <w:rFonts w:ascii="Arial" w:hAnsi="Arial"/>
        <w:b w:val="0"/>
        <w:caps w:val="0"/>
        <w:color w:val="737272"/>
        <w:sz w:val="16"/>
      </w:rPr>
      <w:t>Revisión 1.0  |  Español (México)</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olor w:val="222222"/>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